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الصرف العربي احكام ومعان لفاضل الامرائي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بوقطة،عواطف/ طراد أنور (مشرفا)/ العيفة،وسام/ زغمار،اماني/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