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المعاجم الإلكترونية في البحوث الأكاديمية بالمركز الجامعي عبد الحفيظ بوالصوف قسم اللغة والأدب العربي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عميروش،نبيلة/ سراوي سهام (مشرفا)/ بوالحرت،أسماء/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