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اللسانيات الاجتماعية في كتاب التفسير اللغوي الاجتماعي للقراءات القرآنية لهادي نهر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شفيري،خديجة/ خنطوط اسماعيل (مشرفا)/ كبابي،أميمة/ روبة،رانية/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