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التّعلم التّعاوني حسب التّصنيف الجديد (أ، ب، ج، د) ودورها في تّعلم نشاط فهم المكتوب  متوسطة الإخوة عروج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أمزل،أحلام/ هالة سليمة (مشرفا)/ جوامبي،ريان/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