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 الخبرية في ضوء النحو الوظيفي دراسة تطبيقية في رواية دانشمند لأحمد فال الدين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اكوهي،فقيه سيد محمد/ ضيف رضوان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