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رواية:"الشوك والقرنفل"ليحيى السنوار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عوفي،هاجر/ بومالي حنان (مشرفا)/ معمر،سمية/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