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النصوص الموازية في رواية "تاج الخطيئة" لجميلة مراني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بدرون، فائزة/ شيدخ أمال(مشرفا)/ لطمن،صورية/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