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Stratègies Linguistiques et extralinguistiques dans le discours humoristique de Kamel Abdat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Ali-Moussa، Ines/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