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الطريقة الإيحائية في توسيع مدارك الطالب التعبيرية مادة تقنيات التعبير الشفهي والكتابي  المركز الجامعي عبد الحفيظ بوالصوف  ميلة 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خنفري، إلهام/ يوسف يحياوي( مشرفا)/ سرتي ،أميرة/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