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النبر والتنغيم في الخطاب التحاوري بإذاعة ميلة الجهوية الحصة الاجتماعية " يحدث في المجتمع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بومعيزة،هاجر/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