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القيادة الاصيلة على الالتزام الوظيفي دراسة حالة عينة من موظفي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بوحداد، إشراق/ سنوسي أسامة(مشرفا)/ ميروح، نسرين/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