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التحول الرقمي في تحسين أداء الخدمات دراسة حالة مديرية التربية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بوقزولة، ملاك/ بولعراس، فراح/ مجدوب علاء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الأعمال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