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المناخ التنظيمي على تقليل الصراعات التنظيمية في المؤسسة العمومية الاستشفائية الاخوة طوبال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سالم، ندى نورهان/ ميمون معاذ (مشرفا )/ العابد، وداد/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