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الفيروسي في نجاح خدمات التوصيل - دراسة حالة شركات التوصيل بميلة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شاقر، حميد/ بلحاج طارق 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تسويق الخدمات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M2/330/252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