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خطوة نحو...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قريبع ،فاطمة الزهراء/ بومالي حنان (مشرفا)/ سباعي،ذكرى/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