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الدولية الداعمة في تطوير الصناعة المالية الإسلامية، دراسة حالة الهيئة الإسلامية العالمية لإدارة السيولة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زايد، لمين/ قرفي عمار (مشرفا)/ بوطواطو، عزوز/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