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دورمنصات التمويل الجماعي في تعزيز الشمول المالي الرقمي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بودريو ،منية/ راجح، منال/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