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التنظيم الإداري للجماعات المحلية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،اسماء/ هنوس ،خولة/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