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الإطار القانوني لتكوين الموظف وفقا للقانون 90-11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بخوش، حكيمة/ مقران،حسنى/ لمزري مفيدة(مشرفا)/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القانون الإداري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M2/340/03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