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محكمة الجنايات الاستئنافية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إخلاص،مريزق/ وصال،يونسي/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القانون الجنائي و العلوم الجنائية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M2/340/67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