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الإقتصادية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مزيان/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علوم إقتصادية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