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 l'information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Martin M Lipschutz/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2704210292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