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Mathematiques 1.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Elie Azoulay/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2704210640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mth c/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