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المرآة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حمدان بن عثمان خوجة/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الوطنية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965931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تاريخ الجزائر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تاريخ الجزائر/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