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Progrmmation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Seymour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.313p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007037984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