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المجالس والمسايرات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القاضي النعمان بن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