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أخبار وتراجم أندلسية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إحسان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