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ديوان محمد العيد محمد علي خليفة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محمد العيد محمد علي خليفة/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مكتبة ومطبعة البعث/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602ص.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800281*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>اللغة والأدب العربي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اللغة والأدب العربي/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