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الأخلاقي عند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شريط/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301011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علم الاجتماع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علم إجتماع/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