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تيسير النحو في كتاب "أحمد هاشمي القواعد الأساسية للغة العربية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زهدي نورة/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