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Prompt Filtering: Developing a practical defense system against LLM jailbreaks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Zouaghi, asma/ BEN ALI ,Cherif(President),HADJADJI ,Adbelhalim(Examiner),BENCHEIKH LEHOCINE ,Madj(Supervisore)d(/ Boubrim, Fatine/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Master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الذكاء الاصطناعي وتطبيقاته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University Center Abdelhafid Boussouf - Mila Institute of Mathematics and Computer Science Department of Computer Science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Informatique, traitement des données (choix et utilisation du hardware, du matériel informatique ; configurations logicielles et matérielles, fiabilité des ordinateurs, firmware considéré comme hardware ; ouvrages d'ensemble et interdisciormatique/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