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التكاملي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حمزة عبدالواحد حمادي/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