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الزبدة النحوية والصرفية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سيف حلو رسن/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المنهجية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9789923200810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410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لغة عربية/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