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اعتلاء القمة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9789923201299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800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