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تراكيب اللغة بين النحو والدلالة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العليم بوفاتح/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الخليج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9789923231661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البلاغة العربية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