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9789776274945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علم الصرف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