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توظيف الذكاءات المتعددة في المنهج الدراسي بين النظرية والتطبيق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رافدة الحريري/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المناهج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9789957184001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المناهج،المنهج الدراسي،الذكاءات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دراسة/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