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الوقاية والسيطرة على الأمراض المعدية في البيئة المدرسية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فارس عبد الحسين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9789922716510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الامراض المعدية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الأمراض(616)/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