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 : بنية المادة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الكيمياء العامة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كيمياء (540 )/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