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المدرسة التكنولوجية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زيد منير عبوي/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من المحيط الى الخليج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9789923704066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دراسة/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