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الدروس الوافية في الفضاءات المترية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الفضاءات المترية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