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المسائل الكاسحة في امتحانات الطبولوجيا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حازي/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9789961022184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الطوبولوجيا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رياضيات عربية (510)/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