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الإدارة المخزنية(N°:None)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المستودعات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