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الإقتصادية لقضية ندرة المياه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وليم أندراوس/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9789773797034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الأبعاد الإقتصادية،ندرة المياه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