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الادارة متعددة الجنسيات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ثائر سعدون محمد العزاوي/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الإبتكار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9789957562571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الشركات العامة متعددة الجنسيات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إدارة ( 658)/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