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شرح عقد الإيجار في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شعوة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جسور/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9789947878316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هـ حق/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