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سحري فضيلة/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9789931475897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هـ حق/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