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ماية القانونية لبرامج الحاسب الا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حسن عزة علي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جن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511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حماية القانونية،الحاسب الال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