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واجب التطبيق على مسائل الإثبات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عبد المنعم مرزوق/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9789777963350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الإثبات الإلكتروني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