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القانون المدني منقح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ثابت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978977963558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القانون المدني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